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7A16" w14:textId="77777777" w:rsidR="003D3264" w:rsidRPr="005B4044" w:rsidRDefault="00000000">
      <w:pPr>
        <w:pStyle w:val="Ttulo1"/>
        <w:rPr>
          <w:color w:val="0070C0"/>
        </w:rPr>
      </w:pPr>
      <w:r w:rsidRPr="005B4044">
        <w:rPr>
          <w:color w:val="0070C0"/>
        </w:rPr>
        <w:t>CALENDÁRIO SEMANAL DAS DISCIPLINAS – SEGUNDO SEMESTRE 2026</w:t>
      </w:r>
    </w:p>
    <w:p w14:paraId="2007840C" w14:textId="77777777" w:rsidR="003D3264" w:rsidRDefault="003D3264"/>
    <w:p w14:paraId="5B6182F8" w14:textId="77777777" w:rsidR="003D3264" w:rsidRDefault="00000000">
      <w:r>
        <w:rPr>
          <w:b/>
          <w:sz w:val="24"/>
        </w:rPr>
        <w:t>AGOSTO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"/>
        <w:gridCol w:w="1297"/>
        <w:gridCol w:w="1297"/>
        <w:gridCol w:w="1297"/>
        <w:gridCol w:w="1297"/>
        <w:gridCol w:w="1297"/>
        <w:gridCol w:w="1297"/>
      </w:tblGrid>
      <w:tr w:rsidR="003D3264" w14:paraId="08C4812D" w14:textId="77777777">
        <w:tc>
          <w:tcPr>
            <w:tcW w:w="1234" w:type="dxa"/>
          </w:tcPr>
          <w:p w14:paraId="46EA504A" w14:textId="77777777" w:rsidR="003D3264" w:rsidRDefault="00000000">
            <w:r>
              <w:t>Dom</w:t>
            </w:r>
          </w:p>
        </w:tc>
        <w:tc>
          <w:tcPr>
            <w:tcW w:w="1234" w:type="dxa"/>
          </w:tcPr>
          <w:p w14:paraId="26170BD0" w14:textId="77777777" w:rsidR="003D3264" w:rsidRDefault="00000000">
            <w:r>
              <w:t>Seg</w:t>
            </w:r>
          </w:p>
        </w:tc>
        <w:tc>
          <w:tcPr>
            <w:tcW w:w="1234" w:type="dxa"/>
          </w:tcPr>
          <w:p w14:paraId="5D2CF7BD" w14:textId="77777777" w:rsidR="003D3264" w:rsidRDefault="00000000">
            <w:r>
              <w:t>Ter</w:t>
            </w:r>
          </w:p>
        </w:tc>
        <w:tc>
          <w:tcPr>
            <w:tcW w:w="1234" w:type="dxa"/>
          </w:tcPr>
          <w:p w14:paraId="2128EAF3" w14:textId="77777777" w:rsidR="003D3264" w:rsidRDefault="00000000">
            <w:r>
              <w:t>Qua</w:t>
            </w:r>
          </w:p>
        </w:tc>
        <w:tc>
          <w:tcPr>
            <w:tcW w:w="1234" w:type="dxa"/>
          </w:tcPr>
          <w:p w14:paraId="39CA2539" w14:textId="77777777" w:rsidR="003D3264" w:rsidRDefault="00000000">
            <w:r>
              <w:t>Qui</w:t>
            </w:r>
          </w:p>
        </w:tc>
        <w:tc>
          <w:tcPr>
            <w:tcW w:w="1234" w:type="dxa"/>
          </w:tcPr>
          <w:p w14:paraId="1B02D759" w14:textId="77777777" w:rsidR="003D3264" w:rsidRDefault="00000000">
            <w:r>
              <w:t>Sex</w:t>
            </w:r>
          </w:p>
        </w:tc>
        <w:tc>
          <w:tcPr>
            <w:tcW w:w="1234" w:type="dxa"/>
          </w:tcPr>
          <w:p w14:paraId="570C2A6D" w14:textId="77777777" w:rsidR="003D3264" w:rsidRDefault="00000000">
            <w:r>
              <w:t>Sáb</w:t>
            </w:r>
          </w:p>
        </w:tc>
      </w:tr>
      <w:tr w:rsidR="003D3264" w14:paraId="7C7000B7" w14:textId="77777777">
        <w:tc>
          <w:tcPr>
            <w:tcW w:w="1234" w:type="dxa"/>
          </w:tcPr>
          <w:p w14:paraId="759C4C33" w14:textId="77777777" w:rsidR="003D3264" w:rsidRDefault="003D3264"/>
        </w:tc>
        <w:tc>
          <w:tcPr>
            <w:tcW w:w="1234" w:type="dxa"/>
          </w:tcPr>
          <w:p w14:paraId="08242ADB" w14:textId="77777777" w:rsidR="003D3264" w:rsidRDefault="003D3264"/>
        </w:tc>
        <w:tc>
          <w:tcPr>
            <w:tcW w:w="1234" w:type="dxa"/>
          </w:tcPr>
          <w:p w14:paraId="6E8CBD71" w14:textId="77777777" w:rsidR="003D3264" w:rsidRDefault="003D3264"/>
        </w:tc>
        <w:tc>
          <w:tcPr>
            <w:tcW w:w="1234" w:type="dxa"/>
          </w:tcPr>
          <w:p w14:paraId="284C867F" w14:textId="77777777" w:rsidR="003D3264" w:rsidRDefault="003D3264"/>
        </w:tc>
        <w:tc>
          <w:tcPr>
            <w:tcW w:w="1234" w:type="dxa"/>
          </w:tcPr>
          <w:p w14:paraId="1AD08616" w14:textId="77777777" w:rsidR="003D3264" w:rsidRDefault="003D3264"/>
        </w:tc>
        <w:tc>
          <w:tcPr>
            <w:tcW w:w="1234" w:type="dxa"/>
          </w:tcPr>
          <w:p w14:paraId="4CB4CC90" w14:textId="77777777" w:rsidR="003D3264" w:rsidRDefault="003D3264"/>
        </w:tc>
        <w:tc>
          <w:tcPr>
            <w:tcW w:w="1234" w:type="dxa"/>
          </w:tcPr>
          <w:p w14:paraId="4F189098" w14:textId="77777777" w:rsidR="003D3264" w:rsidRDefault="00000000">
            <w:r>
              <w:t>1</w:t>
            </w:r>
          </w:p>
        </w:tc>
      </w:tr>
      <w:tr w:rsidR="003D3264" w14:paraId="6A5FA5BD" w14:textId="77777777">
        <w:tc>
          <w:tcPr>
            <w:tcW w:w="1234" w:type="dxa"/>
          </w:tcPr>
          <w:p w14:paraId="6FD86317" w14:textId="77777777" w:rsidR="003D3264" w:rsidRDefault="00000000">
            <w:r>
              <w:t>2</w:t>
            </w:r>
          </w:p>
        </w:tc>
        <w:tc>
          <w:tcPr>
            <w:tcW w:w="1234" w:type="dxa"/>
          </w:tcPr>
          <w:p w14:paraId="5B5E57E0" w14:textId="77777777" w:rsidR="003D3264" w:rsidRDefault="00000000">
            <w:r>
              <w:t>3</w:t>
            </w:r>
          </w:p>
        </w:tc>
        <w:tc>
          <w:tcPr>
            <w:tcW w:w="1234" w:type="dxa"/>
          </w:tcPr>
          <w:p w14:paraId="4D5E0337" w14:textId="77777777" w:rsidR="003D3264" w:rsidRDefault="00000000">
            <w:r>
              <w:t>4</w:t>
            </w:r>
          </w:p>
        </w:tc>
        <w:tc>
          <w:tcPr>
            <w:tcW w:w="1234" w:type="dxa"/>
          </w:tcPr>
          <w:p w14:paraId="2AAE42D4" w14:textId="77777777" w:rsidR="003D3264" w:rsidRDefault="00000000">
            <w:r>
              <w:t>5</w:t>
            </w:r>
          </w:p>
        </w:tc>
        <w:tc>
          <w:tcPr>
            <w:tcW w:w="1234" w:type="dxa"/>
          </w:tcPr>
          <w:p w14:paraId="7A467D6D" w14:textId="77777777" w:rsidR="003D3264" w:rsidRDefault="00000000">
            <w:r>
              <w:t>6</w:t>
            </w:r>
          </w:p>
        </w:tc>
        <w:tc>
          <w:tcPr>
            <w:tcW w:w="1234" w:type="dxa"/>
          </w:tcPr>
          <w:p w14:paraId="7D46CA8F" w14:textId="77777777" w:rsidR="003D3264" w:rsidRDefault="00000000">
            <w:r>
              <w:t>7</w:t>
            </w:r>
          </w:p>
        </w:tc>
        <w:tc>
          <w:tcPr>
            <w:tcW w:w="1234" w:type="dxa"/>
          </w:tcPr>
          <w:p w14:paraId="1FD5DBD8" w14:textId="77777777" w:rsidR="003D3264" w:rsidRDefault="00000000">
            <w:r>
              <w:t>8</w:t>
            </w:r>
          </w:p>
        </w:tc>
      </w:tr>
      <w:tr w:rsidR="003D3264" w14:paraId="25C2A255" w14:textId="77777777">
        <w:tc>
          <w:tcPr>
            <w:tcW w:w="1234" w:type="dxa"/>
          </w:tcPr>
          <w:p w14:paraId="72662D4E" w14:textId="77777777" w:rsidR="003D3264" w:rsidRDefault="00000000">
            <w:r>
              <w:t>9</w:t>
            </w:r>
          </w:p>
        </w:tc>
        <w:tc>
          <w:tcPr>
            <w:tcW w:w="1234" w:type="dxa"/>
          </w:tcPr>
          <w:p w14:paraId="54E50DE2" w14:textId="77777777" w:rsidR="003D3264" w:rsidRDefault="00000000">
            <w:r>
              <w:t>10</w:t>
            </w:r>
          </w:p>
        </w:tc>
        <w:tc>
          <w:tcPr>
            <w:tcW w:w="1234" w:type="dxa"/>
          </w:tcPr>
          <w:p w14:paraId="72527D60" w14:textId="77777777" w:rsidR="003D3264" w:rsidRDefault="00000000">
            <w:r>
              <w:t>11</w:t>
            </w:r>
          </w:p>
        </w:tc>
        <w:tc>
          <w:tcPr>
            <w:tcW w:w="1234" w:type="dxa"/>
          </w:tcPr>
          <w:p w14:paraId="61A0C9C1" w14:textId="77777777" w:rsidR="003D3264" w:rsidRDefault="00000000">
            <w:r>
              <w:t>12</w:t>
            </w:r>
          </w:p>
        </w:tc>
        <w:tc>
          <w:tcPr>
            <w:tcW w:w="1234" w:type="dxa"/>
          </w:tcPr>
          <w:p w14:paraId="7068D0F2" w14:textId="77777777" w:rsidR="003D3264" w:rsidRDefault="00000000">
            <w:r>
              <w:t>13</w:t>
            </w:r>
          </w:p>
        </w:tc>
        <w:tc>
          <w:tcPr>
            <w:tcW w:w="1234" w:type="dxa"/>
          </w:tcPr>
          <w:p w14:paraId="0024B9F8" w14:textId="77777777" w:rsidR="003D3264" w:rsidRDefault="00000000">
            <w:r>
              <w:t>14</w:t>
            </w:r>
          </w:p>
        </w:tc>
        <w:tc>
          <w:tcPr>
            <w:tcW w:w="1234" w:type="dxa"/>
          </w:tcPr>
          <w:p w14:paraId="1BFF21DB" w14:textId="77777777" w:rsidR="003D3264" w:rsidRDefault="00000000">
            <w:r>
              <w:t>15</w:t>
            </w:r>
          </w:p>
        </w:tc>
      </w:tr>
      <w:tr w:rsidR="003D3264" w14:paraId="4A8D6356" w14:textId="77777777">
        <w:tc>
          <w:tcPr>
            <w:tcW w:w="1234" w:type="dxa"/>
          </w:tcPr>
          <w:p w14:paraId="36DA5B97" w14:textId="77777777" w:rsidR="003D3264" w:rsidRDefault="00000000">
            <w:r>
              <w:t>16</w:t>
            </w:r>
          </w:p>
        </w:tc>
        <w:tc>
          <w:tcPr>
            <w:tcW w:w="1234" w:type="dxa"/>
          </w:tcPr>
          <w:p w14:paraId="71F878FC" w14:textId="670E8936" w:rsidR="003D3264" w:rsidRPr="00A06C54" w:rsidRDefault="00000000">
            <w:pPr>
              <w:rPr>
                <w:b/>
                <w:bCs/>
                <w:color w:val="5F497A" w:themeColor="accent4" w:themeShade="BF"/>
              </w:rPr>
            </w:pPr>
            <w:r w:rsidRPr="005B4044">
              <w:rPr>
                <w:b/>
                <w:bCs/>
              </w:rPr>
              <w:t>17</w:t>
            </w:r>
            <w:r w:rsidR="0038255B" w:rsidRPr="005B404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5F497A" w:themeColor="accent4" w:themeShade="BF"/>
              </w:rPr>
              <w:t>(Regina e Roger – matutino e vespetino)</w:t>
            </w:r>
          </w:p>
        </w:tc>
        <w:tc>
          <w:tcPr>
            <w:tcW w:w="1234" w:type="dxa"/>
          </w:tcPr>
          <w:p w14:paraId="6446402C" w14:textId="6A64B44B" w:rsidR="003D3264" w:rsidRPr="00A06C54" w:rsidRDefault="00000000">
            <w:pPr>
              <w:rPr>
                <w:b/>
                <w:bCs/>
                <w:color w:val="5F497A" w:themeColor="accent4" w:themeShade="BF"/>
              </w:rPr>
            </w:pPr>
            <w:r w:rsidRPr="005B4044">
              <w:rPr>
                <w:b/>
                <w:bCs/>
              </w:rPr>
              <w:t>18</w:t>
            </w:r>
            <w:r w:rsidR="0038255B" w:rsidRPr="00A06C54">
              <w:rPr>
                <w:b/>
                <w:bCs/>
                <w:color w:val="5F497A" w:themeColor="accent4" w:themeShade="BF"/>
              </w:rPr>
              <w:t>(Regina e Roger – matutino e vespetino)</w:t>
            </w:r>
          </w:p>
        </w:tc>
        <w:tc>
          <w:tcPr>
            <w:tcW w:w="1234" w:type="dxa"/>
          </w:tcPr>
          <w:p w14:paraId="7618D616" w14:textId="34659875" w:rsidR="003D3264" w:rsidRPr="00A06C54" w:rsidRDefault="00000000">
            <w:pPr>
              <w:rPr>
                <w:b/>
                <w:bCs/>
                <w:color w:val="5F497A" w:themeColor="accent4" w:themeShade="BF"/>
              </w:rPr>
            </w:pPr>
            <w:r w:rsidRPr="005B4044">
              <w:rPr>
                <w:b/>
                <w:bCs/>
              </w:rPr>
              <w:t>19</w:t>
            </w:r>
            <w:r w:rsidR="0038255B" w:rsidRPr="00A06C54">
              <w:rPr>
                <w:b/>
                <w:bCs/>
                <w:color w:val="5F497A" w:themeColor="accent4" w:themeShade="BF"/>
              </w:rPr>
              <w:t>(Regina e Roger – matutino e vespetino)</w:t>
            </w:r>
          </w:p>
        </w:tc>
        <w:tc>
          <w:tcPr>
            <w:tcW w:w="1234" w:type="dxa"/>
          </w:tcPr>
          <w:p w14:paraId="31D9FEBB" w14:textId="389699F8" w:rsidR="003D3264" w:rsidRPr="00A06C54" w:rsidRDefault="00000000">
            <w:pPr>
              <w:rPr>
                <w:b/>
                <w:bCs/>
                <w:color w:val="5F497A" w:themeColor="accent4" w:themeShade="BF"/>
              </w:rPr>
            </w:pPr>
            <w:r w:rsidRPr="005B4044">
              <w:rPr>
                <w:b/>
                <w:bCs/>
              </w:rPr>
              <w:t>20</w:t>
            </w:r>
            <w:r w:rsidR="0038255B" w:rsidRPr="00A06C54">
              <w:rPr>
                <w:b/>
                <w:bCs/>
                <w:color w:val="5F497A" w:themeColor="accent4" w:themeShade="BF"/>
              </w:rPr>
              <w:t>(Regina e Roger – matutino e vespetino)</w:t>
            </w:r>
          </w:p>
        </w:tc>
        <w:tc>
          <w:tcPr>
            <w:tcW w:w="1234" w:type="dxa"/>
          </w:tcPr>
          <w:p w14:paraId="130E25C7" w14:textId="049D944B" w:rsidR="003D3264" w:rsidRPr="00A06C54" w:rsidRDefault="00000000">
            <w:pPr>
              <w:rPr>
                <w:b/>
                <w:bCs/>
                <w:color w:val="5F497A" w:themeColor="accent4" w:themeShade="BF"/>
              </w:rPr>
            </w:pPr>
            <w:r w:rsidRPr="005B4044">
              <w:rPr>
                <w:b/>
                <w:bCs/>
              </w:rPr>
              <w:t>21</w:t>
            </w:r>
            <w:r w:rsidR="0038255B" w:rsidRPr="00A06C54">
              <w:rPr>
                <w:b/>
                <w:bCs/>
                <w:color w:val="5F497A" w:themeColor="accent4" w:themeShade="BF"/>
              </w:rPr>
              <w:t>(Regina e Roger – matutino e vespetino)</w:t>
            </w:r>
          </w:p>
        </w:tc>
        <w:tc>
          <w:tcPr>
            <w:tcW w:w="1234" w:type="dxa"/>
          </w:tcPr>
          <w:p w14:paraId="20CBEE9B" w14:textId="2C4EA284" w:rsidR="003D3264" w:rsidRPr="00A06C54" w:rsidRDefault="00000000">
            <w:pPr>
              <w:rPr>
                <w:b/>
                <w:bCs/>
                <w:color w:val="5F497A" w:themeColor="accent4" w:themeShade="BF"/>
              </w:rPr>
            </w:pPr>
            <w:r w:rsidRPr="005B4044">
              <w:rPr>
                <w:b/>
                <w:bCs/>
              </w:rPr>
              <w:t>22</w:t>
            </w:r>
            <w:r w:rsidR="0038255B" w:rsidRPr="00A06C54">
              <w:rPr>
                <w:b/>
                <w:bCs/>
                <w:color w:val="5F497A" w:themeColor="accent4" w:themeShade="BF"/>
              </w:rPr>
              <w:t>(Regina e Roger – matutino e vespetino)</w:t>
            </w:r>
          </w:p>
        </w:tc>
      </w:tr>
      <w:tr w:rsidR="003D3264" w14:paraId="12DBBB33" w14:textId="77777777">
        <w:tc>
          <w:tcPr>
            <w:tcW w:w="1234" w:type="dxa"/>
          </w:tcPr>
          <w:p w14:paraId="2D28A878" w14:textId="77777777" w:rsidR="003D3264" w:rsidRDefault="00000000">
            <w:r>
              <w:t>23</w:t>
            </w:r>
          </w:p>
        </w:tc>
        <w:tc>
          <w:tcPr>
            <w:tcW w:w="1234" w:type="dxa"/>
          </w:tcPr>
          <w:p w14:paraId="0BD3CF5A" w14:textId="77777777" w:rsidR="003D3264" w:rsidRDefault="00000000">
            <w:r>
              <w:t>24</w:t>
            </w:r>
          </w:p>
        </w:tc>
        <w:tc>
          <w:tcPr>
            <w:tcW w:w="1234" w:type="dxa"/>
          </w:tcPr>
          <w:p w14:paraId="57C6554F" w14:textId="77777777" w:rsidR="003D3264" w:rsidRDefault="00000000">
            <w:r>
              <w:t>25</w:t>
            </w:r>
          </w:p>
        </w:tc>
        <w:tc>
          <w:tcPr>
            <w:tcW w:w="1234" w:type="dxa"/>
          </w:tcPr>
          <w:p w14:paraId="6EC39894" w14:textId="77777777" w:rsidR="003D3264" w:rsidRDefault="00000000">
            <w:r>
              <w:t>26</w:t>
            </w:r>
          </w:p>
        </w:tc>
        <w:tc>
          <w:tcPr>
            <w:tcW w:w="1234" w:type="dxa"/>
          </w:tcPr>
          <w:p w14:paraId="60C160A5" w14:textId="77777777" w:rsidR="003D3264" w:rsidRDefault="00000000">
            <w:r>
              <w:t>27</w:t>
            </w:r>
          </w:p>
        </w:tc>
        <w:tc>
          <w:tcPr>
            <w:tcW w:w="1234" w:type="dxa"/>
          </w:tcPr>
          <w:p w14:paraId="75A595F2" w14:textId="77777777" w:rsidR="003D3264" w:rsidRDefault="00000000">
            <w:r>
              <w:t>28</w:t>
            </w:r>
          </w:p>
        </w:tc>
        <w:tc>
          <w:tcPr>
            <w:tcW w:w="1234" w:type="dxa"/>
          </w:tcPr>
          <w:p w14:paraId="6C76565A" w14:textId="77777777" w:rsidR="003D3264" w:rsidRDefault="00000000">
            <w:r>
              <w:t>29</w:t>
            </w:r>
          </w:p>
        </w:tc>
      </w:tr>
      <w:tr w:rsidR="003D3264" w14:paraId="1EAD0D15" w14:textId="77777777">
        <w:tc>
          <w:tcPr>
            <w:tcW w:w="1234" w:type="dxa"/>
          </w:tcPr>
          <w:p w14:paraId="12A95ACA" w14:textId="77777777" w:rsidR="003D3264" w:rsidRDefault="00000000">
            <w:r>
              <w:t>30</w:t>
            </w:r>
          </w:p>
        </w:tc>
        <w:tc>
          <w:tcPr>
            <w:tcW w:w="1234" w:type="dxa"/>
          </w:tcPr>
          <w:p w14:paraId="060CA0E6" w14:textId="77777777" w:rsidR="003D3264" w:rsidRDefault="00000000">
            <w:r>
              <w:t>31</w:t>
            </w:r>
          </w:p>
        </w:tc>
        <w:tc>
          <w:tcPr>
            <w:tcW w:w="1234" w:type="dxa"/>
          </w:tcPr>
          <w:p w14:paraId="2D853CCC" w14:textId="77777777" w:rsidR="003D3264" w:rsidRDefault="003D3264"/>
        </w:tc>
        <w:tc>
          <w:tcPr>
            <w:tcW w:w="1234" w:type="dxa"/>
          </w:tcPr>
          <w:p w14:paraId="6B7A1C26" w14:textId="77777777" w:rsidR="003D3264" w:rsidRDefault="003D3264"/>
        </w:tc>
        <w:tc>
          <w:tcPr>
            <w:tcW w:w="1234" w:type="dxa"/>
          </w:tcPr>
          <w:p w14:paraId="4696C6EE" w14:textId="77777777" w:rsidR="003D3264" w:rsidRDefault="003D3264"/>
        </w:tc>
        <w:tc>
          <w:tcPr>
            <w:tcW w:w="1234" w:type="dxa"/>
          </w:tcPr>
          <w:p w14:paraId="215A6C4F" w14:textId="77777777" w:rsidR="003D3264" w:rsidRDefault="003D3264"/>
        </w:tc>
        <w:tc>
          <w:tcPr>
            <w:tcW w:w="1234" w:type="dxa"/>
          </w:tcPr>
          <w:p w14:paraId="24F9CFFE" w14:textId="77777777" w:rsidR="003D3264" w:rsidRDefault="003D3264"/>
        </w:tc>
      </w:tr>
    </w:tbl>
    <w:p w14:paraId="6FDB8EE1" w14:textId="77777777" w:rsidR="003D3264" w:rsidRDefault="003D3264"/>
    <w:p w14:paraId="55054D0A" w14:textId="77777777" w:rsidR="003D3264" w:rsidRDefault="00000000">
      <w:r>
        <w:rPr>
          <w:b/>
          <w:sz w:val="24"/>
        </w:rPr>
        <w:t>SETEMBRO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6"/>
        <w:gridCol w:w="1371"/>
        <w:gridCol w:w="1371"/>
        <w:gridCol w:w="1372"/>
        <w:gridCol w:w="1372"/>
        <w:gridCol w:w="1372"/>
        <w:gridCol w:w="1372"/>
      </w:tblGrid>
      <w:tr w:rsidR="003D3264" w14:paraId="4EA20857" w14:textId="77777777">
        <w:tc>
          <w:tcPr>
            <w:tcW w:w="1234" w:type="dxa"/>
          </w:tcPr>
          <w:p w14:paraId="476969D9" w14:textId="77777777" w:rsidR="003D3264" w:rsidRDefault="00000000">
            <w:r>
              <w:t>Dom</w:t>
            </w:r>
          </w:p>
        </w:tc>
        <w:tc>
          <w:tcPr>
            <w:tcW w:w="1234" w:type="dxa"/>
          </w:tcPr>
          <w:p w14:paraId="320E9548" w14:textId="77777777" w:rsidR="003D3264" w:rsidRDefault="00000000">
            <w:r>
              <w:t>Seg</w:t>
            </w:r>
          </w:p>
        </w:tc>
        <w:tc>
          <w:tcPr>
            <w:tcW w:w="1234" w:type="dxa"/>
          </w:tcPr>
          <w:p w14:paraId="7481B0C3" w14:textId="77777777" w:rsidR="003D3264" w:rsidRDefault="00000000">
            <w:r>
              <w:t>Ter</w:t>
            </w:r>
          </w:p>
        </w:tc>
        <w:tc>
          <w:tcPr>
            <w:tcW w:w="1234" w:type="dxa"/>
          </w:tcPr>
          <w:p w14:paraId="2E671F3A" w14:textId="77777777" w:rsidR="003D3264" w:rsidRDefault="00000000">
            <w:r>
              <w:t>Qua</w:t>
            </w:r>
          </w:p>
        </w:tc>
        <w:tc>
          <w:tcPr>
            <w:tcW w:w="1234" w:type="dxa"/>
          </w:tcPr>
          <w:p w14:paraId="4525CD9C" w14:textId="77777777" w:rsidR="003D3264" w:rsidRDefault="00000000">
            <w:r>
              <w:t>Qui</w:t>
            </w:r>
          </w:p>
        </w:tc>
        <w:tc>
          <w:tcPr>
            <w:tcW w:w="1234" w:type="dxa"/>
          </w:tcPr>
          <w:p w14:paraId="564DB5D5" w14:textId="77777777" w:rsidR="003D3264" w:rsidRDefault="00000000">
            <w:r>
              <w:t>Sex</w:t>
            </w:r>
          </w:p>
        </w:tc>
        <w:tc>
          <w:tcPr>
            <w:tcW w:w="1234" w:type="dxa"/>
          </w:tcPr>
          <w:p w14:paraId="7E459640" w14:textId="77777777" w:rsidR="003D3264" w:rsidRDefault="00000000">
            <w:r>
              <w:t>Sáb</w:t>
            </w:r>
          </w:p>
        </w:tc>
      </w:tr>
      <w:tr w:rsidR="003D3264" w14:paraId="7DE70BD4" w14:textId="77777777">
        <w:tc>
          <w:tcPr>
            <w:tcW w:w="1234" w:type="dxa"/>
          </w:tcPr>
          <w:p w14:paraId="3926CB72" w14:textId="77777777" w:rsidR="003D3264" w:rsidRDefault="003D3264"/>
        </w:tc>
        <w:tc>
          <w:tcPr>
            <w:tcW w:w="1234" w:type="dxa"/>
          </w:tcPr>
          <w:p w14:paraId="2057A617" w14:textId="77777777" w:rsidR="003D3264" w:rsidRDefault="003D3264"/>
        </w:tc>
        <w:tc>
          <w:tcPr>
            <w:tcW w:w="1234" w:type="dxa"/>
          </w:tcPr>
          <w:p w14:paraId="5D8B7361" w14:textId="416CA3AA" w:rsidR="003D3264" w:rsidRDefault="00000000">
            <w:r>
              <w:t>1</w:t>
            </w:r>
            <w:r w:rsidR="0038255B">
              <w:t xml:space="preserve"> </w:t>
            </w:r>
          </w:p>
        </w:tc>
        <w:tc>
          <w:tcPr>
            <w:tcW w:w="1234" w:type="dxa"/>
          </w:tcPr>
          <w:p w14:paraId="49D644D4" w14:textId="77777777" w:rsidR="003D3264" w:rsidRDefault="00000000">
            <w:r>
              <w:t>2</w:t>
            </w:r>
          </w:p>
        </w:tc>
        <w:tc>
          <w:tcPr>
            <w:tcW w:w="1234" w:type="dxa"/>
          </w:tcPr>
          <w:p w14:paraId="3C1B44C5" w14:textId="77777777" w:rsidR="003D3264" w:rsidRDefault="00000000">
            <w:r>
              <w:t>3</w:t>
            </w:r>
          </w:p>
        </w:tc>
        <w:tc>
          <w:tcPr>
            <w:tcW w:w="1234" w:type="dxa"/>
          </w:tcPr>
          <w:p w14:paraId="7D2A058A" w14:textId="77777777" w:rsidR="003D3264" w:rsidRDefault="00000000">
            <w:r>
              <w:t>4</w:t>
            </w:r>
          </w:p>
        </w:tc>
        <w:tc>
          <w:tcPr>
            <w:tcW w:w="1234" w:type="dxa"/>
          </w:tcPr>
          <w:p w14:paraId="50238661" w14:textId="77777777" w:rsidR="003D3264" w:rsidRDefault="00000000">
            <w:r>
              <w:t>5</w:t>
            </w:r>
          </w:p>
        </w:tc>
      </w:tr>
      <w:tr w:rsidR="003D3264" w14:paraId="489EE7D2" w14:textId="77777777">
        <w:tc>
          <w:tcPr>
            <w:tcW w:w="1234" w:type="dxa"/>
          </w:tcPr>
          <w:p w14:paraId="23BDC6FE" w14:textId="77777777" w:rsidR="003D3264" w:rsidRDefault="00000000">
            <w:r>
              <w:t>6</w:t>
            </w:r>
          </w:p>
        </w:tc>
        <w:tc>
          <w:tcPr>
            <w:tcW w:w="1234" w:type="dxa"/>
          </w:tcPr>
          <w:p w14:paraId="4287C53B" w14:textId="77777777" w:rsidR="003D3264" w:rsidRDefault="00000000">
            <w:r>
              <w:t>7</w:t>
            </w:r>
          </w:p>
        </w:tc>
        <w:tc>
          <w:tcPr>
            <w:tcW w:w="1234" w:type="dxa"/>
          </w:tcPr>
          <w:p w14:paraId="6DA642CB" w14:textId="77777777" w:rsidR="003D3264" w:rsidRDefault="00000000">
            <w:r>
              <w:t>8</w:t>
            </w:r>
          </w:p>
        </w:tc>
        <w:tc>
          <w:tcPr>
            <w:tcW w:w="1234" w:type="dxa"/>
          </w:tcPr>
          <w:p w14:paraId="1E5D6833" w14:textId="77777777" w:rsidR="003D3264" w:rsidRDefault="00000000">
            <w:r>
              <w:t>9</w:t>
            </w:r>
          </w:p>
        </w:tc>
        <w:tc>
          <w:tcPr>
            <w:tcW w:w="1234" w:type="dxa"/>
          </w:tcPr>
          <w:p w14:paraId="00732926" w14:textId="77777777" w:rsidR="003D3264" w:rsidRDefault="00000000">
            <w:r>
              <w:t>10</w:t>
            </w:r>
          </w:p>
        </w:tc>
        <w:tc>
          <w:tcPr>
            <w:tcW w:w="1234" w:type="dxa"/>
          </w:tcPr>
          <w:p w14:paraId="5CFE4842" w14:textId="77777777" w:rsidR="003D3264" w:rsidRDefault="00000000">
            <w:r>
              <w:t>11</w:t>
            </w:r>
          </w:p>
        </w:tc>
        <w:tc>
          <w:tcPr>
            <w:tcW w:w="1234" w:type="dxa"/>
          </w:tcPr>
          <w:p w14:paraId="2226E153" w14:textId="77777777" w:rsidR="003D3264" w:rsidRDefault="00000000">
            <w:r>
              <w:t>12</w:t>
            </w:r>
          </w:p>
        </w:tc>
      </w:tr>
      <w:tr w:rsidR="003D3264" w14:paraId="614FEE24" w14:textId="77777777">
        <w:tc>
          <w:tcPr>
            <w:tcW w:w="1234" w:type="dxa"/>
          </w:tcPr>
          <w:p w14:paraId="133045BF" w14:textId="77777777" w:rsidR="003D3264" w:rsidRDefault="00000000">
            <w:r>
              <w:t>13</w:t>
            </w:r>
          </w:p>
        </w:tc>
        <w:tc>
          <w:tcPr>
            <w:tcW w:w="1234" w:type="dxa"/>
          </w:tcPr>
          <w:p w14:paraId="3DF07DCA" w14:textId="10D4EA01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14</w:t>
            </w:r>
            <w:r w:rsidR="00A06C54" w:rsidRPr="005B404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</w:tcPr>
          <w:p w14:paraId="4E167A36" w14:textId="7363159F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15</w:t>
            </w:r>
            <w:r w:rsidR="00A06C54" w:rsidRPr="005B404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</w:tcPr>
          <w:p w14:paraId="4F5B3C90" w14:textId="3B415C17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16</w:t>
            </w:r>
            <w:r w:rsidR="00A06C54" w:rsidRPr="005B404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</w:tcPr>
          <w:p w14:paraId="7A2F3D12" w14:textId="5576A46A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17</w:t>
            </w:r>
            <w:r w:rsidR="00A06C54" w:rsidRPr="005B404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</w:tcPr>
          <w:p w14:paraId="0146D6CD" w14:textId="438E49FA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18</w:t>
            </w:r>
            <w:r w:rsidR="00A06C54" w:rsidRPr="005B404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</w:tcPr>
          <w:p w14:paraId="15AB224F" w14:textId="44B8E2FF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19</w:t>
            </w:r>
            <w:r w:rsidR="00A06C54" w:rsidRPr="005B4044">
              <w:rPr>
                <w:b/>
                <w:bCs/>
              </w:rPr>
              <w:t xml:space="preserve"> </w:t>
            </w:r>
          </w:p>
        </w:tc>
      </w:tr>
      <w:tr w:rsidR="003D3264" w14:paraId="6671795F" w14:textId="77777777">
        <w:tc>
          <w:tcPr>
            <w:tcW w:w="1234" w:type="dxa"/>
          </w:tcPr>
          <w:p w14:paraId="526FBE52" w14:textId="77777777" w:rsidR="003D3264" w:rsidRDefault="00000000">
            <w:r>
              <w:t>20</w:t>
            </w:r>
          </w:p>
        </w:tc>
        <w:tc>
          <w:tcPr>
            <w:tcW w:w="1234" w:type="dxa"/>
          </w:tcPr>
          <w:p w14:paraId="23E52CDA" w14:textId="0F60C2CB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21</w:t>
            </w:r>
            <w:r w:rsidR="00A06C54" w:rsidRPr="005B4044">
              <w:rPr>
                <w:b/>
                <w:bCs/>
              </w:rPr>
              <w:t xml:space="preserve"> </w:t>
            </w:r>
            <w:r w:rsidR="00A06C54"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29F6719A" w14:textId="208071E6" w:rsidR="003D3264" w:rsidRPr="00A06C54" w:rsidRDefault="00000000">
            <w:pPr>
              <w:rPr>
                <w:b/>
                <w:bCs/>
                <w:color w:val="76923C" w:themeColor="accent3" w:themeShade="BF"/>
              </w:rPr>
            </w:pPr>
            <w:r w:rsidRPr="005B4044">
              <w:rPr>
                <w:b/>
                <w:bCs/>
              </w:rPr>
              <w:t>22</w:t>
            </w:r>
            <w:r w:rsidR="00A06C54" w:rsidRPr="005B4044">
              <w:rPr>
                <w:b/>
                <w:bCs/>
              </w:rPr>
              <w:t xml:space="preserve"> </w:t>
            </w:r>
            <w:r w:rsidR="00A06C54"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23BEB41B" w14:textId="77777777" w:rsidR="003D3264" w:rsidRDefault="00000000">
            <w:r>
              <w:t>23</w:t>
            </w:r>
          </w:p>
          <w:p w14:paraId="6E70E294" w14:textId="661033FE" w:rsidR="00437FC8" w:rsidRDefault="00437FC8">
            <w:r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325A63CF" w14:textId="77777777" w:rsidR="003D3264" w:rsidRDefault="00000000">
            <w:r>
              <w:t>24</w:t>
            </w:r>
          </w:p>
          <w:p w14:paraId="7BB14C76" w14:textId="50B3D13E" w:rsidR="00437FC8" w:rsidRDefault="00437FC8">
            <w:r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49E883B9" w14:textId="77777777" w:rsidR="003D3264" w:rsidRDefault="00000000">
            <w:r>
              <w:t>25</w:t>
            </w:r>
          </w:p>
          <w:p w14:paraId="5BCF3F14" w14:textId="78122CD1" w:rsidR="00437FC8" w:rsidRDefault="00437FC8">
            <w:r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1043BA54" w14:textId="77777777" w:rsidR="003D3264" w:rsidRDefault="00000000">
            <w:r>
              <w:t>26</w:t>
            </w:r>
          </w:p>
          <w:p w14:paraId="38B3D7FB" w14:textId="114FE549" w:rsidR="00437FC8" w:rsidRDefault="00437FC8">
            <w:r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</w:tr>
      <w:tr w:rsidR="003D3264" w14:paraId="674C7E48" w14:textId="77777777">
        <w:tc>
          <w:tcPr>
            <w:tcW w:w="1234" w:type="dxa"/>
          </w:tcPr>
          <w:p w14:paraId="2A4A0C67" w14:textId="77777777" w:rsidR="003D3264" w:rsidRDefault="00000000">
            <w:r>
              <w:t>27</w:t>
            </w:r>
          </w:p>
        </w:tc>
        <w:tc>
          <w:tcPr>
            <w:tcW w:w="1234" w:type="dxa"/>
          </w:tcPr>
          <w:p w14:paraId="659017BE" w14:textId="77777777" w:rsidR="003D3264" w:rsidRDefault="00000000">
            <w:r>
              <w:t>28</w:t>
            </w:r>
          </w:p>
          <w:p w14:paraId="75CA8B8E" w14:textId="63EBD0B4" w:rsidR="00437FC8" w:rsidRDefault="00437FC8">
            <w:r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20058F8E" w14:textId="77777777" w:rsidR="003D3264" w:rsidRDefault="00000000">
            <w:r>
              <w:t>29</w:t>
            </w:r>
          </w:p>
          <w:p w14:paraId="7658B301" w14:textId="1060F735" w:rsidR="00437FC8" w:rsidRDefault="00437FC8">
            <w:r w:rsidRPr="00A06C54">
              <w:rPr>
                <w:b/>
                <w:bCs/>
                <w:color w:val="76923C" w:themeColor="accent3" w:themeShade="BF"/>
              </w:rPr>
              <w:t>Literatura Maranhense (Matutino e Vespertino – Silvana)</w:t>
            </w:r>
          </w:p>
        </w:tc>
        <w:tc>
          <w:tcPr>
            <w:tcW w:w="1234" w:type="dxa"/>
          </w:tcPr>
          <w:p w14:paraId="43D82746" w14:textId="77777777" w:rsidR="003D3264" w:rsidRDefault="00000000">
            <w:r>
              <w:t>30</w:t>
            </w:r>
          </w:p>
        </w:tc>
        <w:tc>
          <w:tcPr>
            <w:tcW w:w="1234" w:type="dxa"/>
          </w:tcPr>
          <w:p w14:paraId="56677049" w14:textId="77777777" w:rsidR="003D3264" w:rsidRDefault="003D3264"/>
        </w:tc>
        <w:tc>
          <w:tcPr>
            <w:tcW w:w="1234" w:type="dxa"/>
          </w:tcPr>
          <w:p w14:paraId="594B81C6" w14:textId="77777777" w:rsidR="003D3264" w:rsidRDefault="003D3264"/>
        </w:tc>
        <w:tc>
          <w:tcPr>
            <w:tcW w:w="1234" w:type="dxa"/>
          </w:tcPr>
          <w:p w14:paraId="40BE804A" w14:textId="77777777" w:rsidR="003D3264" w:rsidRDefault="003D3264"/>
        </w:tc>
      </w:tr>
    </w:tbl>
    <w:p w14:paraId="7C958378" w14:textId="77777777" w:rsidR="003D3264" w:rsidRDefault="003D3264"/>
    <w:p w14:paraId="0EE18157" w14:textId="77777777" w:rsidR="003D3264" w:rsidRDefault="00000000">
      <w:r>
        <w:rPr>
          <w:b/>
          <w:sz w:val="24"/>
        </w:rPr>
        <w:t>OUTUBRO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17"/>
        <w:gridCol w:w="1092"/>
        <w:gridCol w:w="1093"/>
        <w:gridCol w:w="1102"/>
        <w:gridCol w:w="1679"/>
        <w:gridCol w:w="1679"/>
        <w:gridCol w:w="1094"/>
      </w:tblGrid>
      <w:tr w:rsidR="003D3264" w14:paraId="550EEF7C" w14:textId="77777777">
        <w:tc>
          <w:tcPr>
            <w:tcW w:w="1234" w:type="dxa"/>
          </w:tcPr>
          <w:p w14:paraId="7C2BAC10" w14:textId="77777777" w:rsidR="003D3264" w:rsidRDefault="00000000">
            <w:r>
              <w:t>Dom</w:t>
            </w:r>
          </w:p>
        </w:tc>
        <w:tc>
          <w:tcPr>
            <w:tcW w:w="1234" w:type="dxa"/>
          </w:tcPr>
          <w:p w14:paraId="3274CA44" w14:textId="77777777" w:rsidR="003D3264" w:rsidRDefault="00000000">
            <w:r>
              <w:t>Seg</w:t>
            </w:r>
          </w:p>
        </w:tc>
        <w:tc>
          <w:tcPr>
            <w:tcW w:w="1234" w:type="dxa"/>
          </w:tcPr>
          <w:p w14:paraId="45804E45" w14:textId="77777777" w:rsidR="003D3264" w:rsidRDefault="00000000">
            <w:r>
              <w:t>Ter</w:t>
            </w:r>
          </w:p>
        </w:tc>
        <w:tc>
          <w:tcPr>
            <w:tcW w:w="1234" w:type="dxa"/>
          </w:tcPr>
          <w:p w14:paraId="6647966A" w14:textId="77777777" w:rsidR="003D3264" w:rsidRDefault="00000000">
            <w:r>
              <w:t>Qua</w:t>
            </w:r>
          </w:p>
        </w:tc>
        <w:tc>
          <w:tcPr>
            <w:tcW w:w="1234" w:type="dxa"/>
          </w:tcPr>
          <w:p w14:paraId="6362492E" w14:textId="77777777" w:rsidR="003D3264" w:rsidRDefault="00000000">
            <w:r>
              <w:t>Qui</w:t>
            </w:r>
          </w:p>
        </w:tc>
        <w:tc>
          <w:tcPr>
            <w:tcW w:w="1234" w:type="dxa"/>
          </w:tcPr>
          <w:p w14:paraId="4C9E6066" w14:textId="77777777" w:rsidR="003D3264" w:rsidRDefault="00000000">
            <w:r>
              <w:t>Sex</w:t>
            </w:r>
          </w:p>
        </w:tc>
        <w:tc>
          <w:tcPr>
            <w:tcW w:w="1234" w:type="dxa"/>
          </w:tcPr>
          <w:p w14:paraId="72E4F81A" w14:textId="77777777" w:rsidR="003D3264" w:rsidRDefault="00000000">
            <w:r>
              <w:t>Sáb</w:t>
            </w:r>
          </w:p>
        </w:tc>
      </w:tr>
      <w:tr w:rsidR="003D3264" w14:paraId="74BC0BE0" w14:textId="77777777">
        <w:tc>
          <w:tcPr>
            <w:tcW w:w="1234" w:type="dxa"/>
          </w:tcPr>
          <w:p w14:paraId="39065392" w14:textId="77777777" w:rsidR="003D3264" w:rsidRDefault="003D3264"/>
        </w:tc>
        <w:tc>
          <w:tcPr>
            <w:tcW w:w="1234" w:type="dxa"/>
          </w:tcPr>
          <w:p w14:paraId="42C0D49E" w14:textId="77777777" w:rsidR="003D3264" w:rsidRDefault="003D3264"/>
        </w:tc>
        <w:tc>
          <w:tcPr>
            <w:tcW w:w="1234" w:type="dxa"/>
          </w:tcPr>
          <w:p w14:paraId="7AA97D4C" w14:textId="77777777" w:rsidR="003D3264" w:rsidRDefault="003D3264"/>
        </w:tc>
        <w:tc>
          <w:tcPr>
            <w:tcW w:w="1234" w:type="dxa"/>
          </w:tcPr>
          <w:p w14:paraId="5338CCE3" w14:textId="77777777" w:rsidR="003D3264" w:rsidRDefault="003D3264"/>
        </w:tc>
        <w:tc>
          <w:tcPr>
            <w:tcW w:w="1234" w:type="dxa"/>
          </w:tcPr>
          <w:p w14:paraId="4518F91B" w14:textId="4BBFBD33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1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 - vespertino) Andreia</w:t>
            </w:r>
          </w:p>
        </w:tc>
        <w:tc>
          <w:tcPr>
            <w:tcW w:w="1234" w:type="dxa"/>
          </w:tcPr>
          <w:p w14:paraId="6A195613" w14:textId="6105245D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2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 - verpetino) Andreia</w:t>
            </w:r>
          </w:p>
        </w:tc>
        <w:tc>
          <w:tcPr>
            <w:tcW w:w="1234" w:type="dxa"/>
          </w:tcPr>
          <w:p w14:paraId="69080BDD" w14:textId="77777777" w:rsidR="003D3264" w:rsidRDefault="00000000">
            <w:r>
              <w:t>3</w:t>
            </w:r>
          </w:p>
        </w:tc>
      </w:tr>
      <w:tr w:rsidR="003D3264" w14:paraId="5AE3D89B" w14:textId="77777777">
        <w:tc>
          <w:tcPr>
            <w:tcW w:w="1234" w:type="dxa"/>
          </w:tcPr>
          <w:p w14:paraId="6D209479" w14:textId="77777777" w:rsidR="003D3264" w:rsidRDefault="00000000">
            <w:r>
              <w:t>4</w:t>
            </w:r>
          </w:p>
        </w:tc>
        <w:tc>
          <w:tcPr>
            <w:tcW w:w="1234" w:type="dxa"/>
          </w:tcPr>
          <w:p w14:paraId="15ECC8CA" w14:textId="77777777" w:rsidR="003D3264" w:rsidRDefault="00000000">
            <w:r>
              <w:t>5</w:t>
            </w:r>
          </w:p>
        </w:tc>
        <w:tc>
          <w:tcPr>
            <w:tcW w:w="1234" w:type="dxa"/>
          </w:tcPr>
          <w:p w14:paraId="37DFB756" w14:textId="77777777" w:rsidR="003D3264" w:rsidRDefault="00000000">
            <w:r>
              <w:t>6</w:t>
            </w:r>
          </w:p>
        </w:tc>
        <w:tc>
          <w:tcPr>
            <w:tcW w:w="1234" w:type="dxa"/>
          </w:tcPr>
          <w:p w14:paraId="1C8942CC" w14:textId="77777777" w:rsidR="003D3264" w:rsidRDefault="00000000">
            <w:r>
              <w:t>7</w:t>
            </w:r>
          </w:p>
        </w:tc>
        <w:tc>
          <w:tcPr>
            <w:tcW w:w="1234" w:type="dxa"/>
          </w:tcPr>
          <w:p w14:paraId="58D45CCE" w14:textId="77777777" w:rsidR="003D3264" w:rsidRDefault="00000000">
            <w:r>
              <w:t>8</w:t>
            </w:r>
          </w:p>
        </w:tc>
        <w:tc>
          <w:tcPr>
            <w:tcW w:w="1234" w:type="dxa"/>
          </w:tcPr>
          <w:p w14:paraId="65F93CBA" w14:textId="77777777" w:rsidR="003D3264" w:rsidRDefault="00000000">
            <w:r>
              <w:t>9</w:t>
            </w:r>
          </w:p>
        </w:tc>
        <w:tc>
          <w:tcPr>
            <w:tcW w:w="1234" w:type="dxa"/>
          </w:tcPr>
          <w:p w14:paraId="259B8902" w14:textId="77777777" w:rsidR="003D3264" w:rsidRDefault="00000000">
            <w:r>
              <w:t>10</w:t>
            </w:r>
          </w:p>
        </w:tc>
      </w:tr>
      <w:tr w:rsidR="003D3264" w14:paraId="46BE27C4" w14:textId="77777777">
        <w:tc>
          <w:tcPr>
            <w:tcW w:w="1234" w:type="dxa"/>
          </w:tcPr>
          <w:p w14:paraId="71F9AC10" w14:textId="77777777" w:rsidR="003D3264" w:rsidRDefault="00000000">
            <w:r>
              <w:t>11</w:t>
            </w:r>
          </w:p>
        </w:tc>
        <w:tc>
          <w:tcPr>
            <w:tcW w:w="1234" w:type="dxa"/>
          </w:tcPr>
          <w:p w14:paraId="124AE863" w14:textId="77777777" w:rsidR="003D3264" w:rsidRDefault="00000000">
            <w:r>
              <w:t>12</w:t>
            </w:r>
          </w:p>
        </w:tc>
        <w:tc>
          <w:tcPr>
            <w:tcW w:w="1234" w:type="dxa"/>
          </w:tcPr>
          <w:p w14:paraId="5EC1DA21" w14:textId="77777777" w:rsidR="003D3264" w:rsidRDefault="00000000">
            <w:r>
              <w:t>13</w:t>
            </w:r>
          </w:p>
        </w:tc>
        <w:tc>
          <w:tcPr>
            <w:tcW w:w="1234" w:type="dxa"/>
          </w:tcPr>
          <w:p w14:paraId="4DDA1EB8" w14:textId="77777777" w:rsidR="003D3264" w:rsidRDefault="00000000">
            <w:r>
              <w:t>14</w:t>
            </w:r>
          </w:p>
        </w:tc>
        <w:tc>
          <w:tcPr>
            <w:tcW w:w="1234" w:type="dxa"/>
          </w:tcPr>
          <w:p w14:paraId="43D966EA" w14:textId="77777777" w:rsidR="003D3264" w:rsidRDefault="00000000">
            <w:r>
              <w:t>15</w:t>
            </w:r>
          </w:p>
        </w:tc>
        <w:tc>
          <w:tcPr>
            <w:tcW w:w="1234" w:type="dxa"/>
          </w:tcPr>
          <w:p w14:paraId="064DF255" w14:textId="77777777" w:rsidR="003D3264" w:rsidRDefault="00000000">
            <w:r>
              <w:t>16</w:t>
            </w:r>
          </w:p>
        </w:tc>
        <w:tc>
          <w:tcPr>
            <w:tcW w:w="1234" w:type="dxa"/>
          </w:tcPr>
          <w:p w14:paraId="775659C1" w14:textId="77777777" w:rsidR="003D3264" w:rsidRDefault="00000000">
            <w:r>
              <w:t>17</w:t>
            </w:r>
          </w:p>
        </w:tc>
      </w:tr>
      <w:tr w:rsidR="003D3264" w14:paraId="19587128" w14:textId="77777777">
        <w:tc>
          <w:tcPr>
            <w:tcW w:w="1234" w:type="dxa"/>
          </w:tcPr>
          <w:p w14:paraId="08085E5A" w14:textId="77777777" w:rsidR="003D3264" w:rsidRDefault="00000000">
            <w:r>
              <w:t>18</w:t>
            </w:r>
          </w:p>
        </w:tc>
        <w:tc>
          <w:tcPr>
            <w:tcW w:w="1234" w:type="dxa"/>
          </w:tcPr>
          <w:p w14:paraId="4418557F" w14:textId="77777777" w:rsidR="003D3264" w:rsidRDefault="00000000">
            <w:r>
              <w:t>19</w:t>
            </w:r>
          </w:p>
        </w:tc>
        <w:tc>
          <w:tcPr>
            <w:tcW w:w="1234" w:type="dxa"/>
          </w:tcPr>
          <w:p w14:paraId="7494C8D1" w14:textId="77777777" w:rsidR="003D3264" w:rsidRDefault="00000000">
            <w:r>
              <w:t>20</w:t>
            </w:r>
          </w:p>
        </w:tc>
        <w:tc>
          <w:tcPr>
            <w:tcW w:w="1234" w:type="dxa"/>
          </w:tcPr>
          <w:p w14:paraId="0AE8F869" w14:textId="77777777" w:rsidR="003D3264" w:rsidRDefault="00000000">
            <w:r>
              <w:t>21</w:t>
            </w:r>
          </w:p>
        </w:tc>
        <w:tc>
          <w:tcPr>
            <w:tcW w:w="1234" w:type="dxa"/>
          </w:tcPr>
          <w:p w14:paraId="268E78A3" w14:textId="14140E26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22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 - vespetino) Andreia</w:t>
            </w:r>
          </w:p>
        </w:tc>
        <w:tc>
          <w:tcPr>
            <w:tcW w:w="1234" w:type="dxa"/>
          </w:tcPr>
          <w:p w14:paraId="42B6CA4D" w14:textId="162ACB8B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23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 - vespertino) Andreia</w:t>
            </w:r>
          </w:p>
        </w:tc>
        <w:tc>
          <w:tcPr>
            <w:tcW w:w="1234" w:type="dxa"/>
          </w:tcPr>
          <w:p w14:paraId="797BB194" w14:textId="77777777" w:rsidR="003D3264" w:rsidRDefault="00000000">
            <w:r>
              <w:t>24</w:t>
            </w:r>
          </w:p>
        </w:tc>
      </w:tr>
      <w:tr w:rsidR="003D3264" w14:paraId="67EC48B0" w14:textId="77777777">
        <w:tc>
          <w:tcPr>
            <w:tcW w:w="1234" w:type="dxa"/>
          </w:tcPr>
          <w:p w14:paraId="70F9BEB4" w14:textId="77777777" w:rsidR="003D3264" w:rsidRDefault="00000000">
            <w:r>
              <w:t>25</w:t>
            </w:r>
          </w:p>
        </w:tc>
        <w:tc>
          <w:tcPr>
            <w:tcW w:w="1234" w:type="dxa"/>
          </w:tcPr>
          <w:p w14:paraId="381601EB" w14:textId="77777777" w:rsidR="003D3264" w:rsidRDefault="00000000">
            <w:r>
              <w:t>26</w:t>
            </w:r>
          </w:p>
        </w:tc>
        <w:tc>
          <w:tcPr>
            <w:tcW w:w="1234" w:type="dxa"/>
          </w:tcPr>
          <w:p w14:paraId="3F545808" w14:textId="77777777" w:rsidR="003D3264" w:rsidRDefault="00000000">
            <w:r>
              <w:t>27</w:t>
            </w:r>
          </w:p>
        </w:tc>
        <w:tc>
          <w:tcPr>
            <w:tcW w:w="1234" w:type="dxa"/>
          </w:tcPr>
          <w:p w14:paraId="21C20592" w14:textId="77777777" w:rsidR="003D3264" w:rsidRDefault="00000000">
            <w:r>
              <w:t>28</w:t>
            </w:r>
          </w:p>
        </w:tc>
        <w:tc>
          <w:tcPr>
            <w:tcW w:w="1234" w:type="dxa"/>
          </w:tcPr>
          <w:p w14:paraId="2B5C83A3" w14:textId="77777777" w:rsidR="003D3264" w:rsidRDefault="00000000">
            <w:r>
              <w:t>29</w:t>
            </w:r>
          </w:p>
        </w:tc>
        <w:tc>
          <w:tcPr>
            <w:tcW w:w="1234" w:type="dxa"/>
          </w:tcPr>
          <w:p w14:paraId="1732D6A4" w14:textId="6CFCF7FC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30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 - vespertino) Andreia</w:t>
            </w:r>
          </w:p>
        </w:tc>
        <w:tc>
          <w:tcPr>
            <w:tcW w:w="1234" w:type="dxa"/>
          </w:tcPr>
          <w:p w14:paraId="1460FD90" w14:textId="77777777" w:rsidR="003D3264" w:rsidRDefault="00000000">
            <w:r>
              <w:t>31</w:t>
            </w:r>
          </w:p>
        </w:tc>
      </w:tr>
    </w:tbl>
    <w:p w14:paraId="6EAD7DCC" w14:textId="77777777" w:rsidR="003D3264" w:rsidRDefault="003D3264"/>
    <w:p w14:paraId="10BFF09A" w14:textId="77777777" w:rsidR="003D3264" w:rsidRDefault="00000000">
      <w:r>
        <w:rPr>
          <w:b/>
          <w:sz w:val="24"/>
        </w:rPr>
        <w:t>NOVEMBRO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1"/>
        <w:gridCol w:w="1254"/>
        <w:gridCol w:w="1002"/>
        <w:gridCol w:w="1017"/>
        <w:gridCol w:w="1769"/>
        <w:gridCol w:w="1769"/>
        <w:gridCol w:w="1004"/>
      </w:tblGrid>
      <w:tr w:rsidR="003D3264" w14:paraId="65BEF4A5" w14:textId="77777777">
        <w:tc>
          <w:tcPr>
            <w:tcW w:w="1234" w:type="dxa"/>
          </w:tcPr>
          <w:p w14:paraId="2E7DF03B" w14:textId="77777777" w:rsidR="003D3264" w:rsidRDefault="00000000">
            <w:r>
              <w:t>Dom</w:t>
            </w:r>
          </w:p>
        </w:tc>
        <w:tc>
          <w:tcPr>
            <w:tcW w:w="1234" w:type="dxa"/>
          </w:tcPr>
          <w:p w14:paraId="3075C853" w14:textId="77777777" w:rsidR="003D3264" w:rsidRDefault="00000000">
            <w:r>
              <w:t>Seg</w:t>
            </w:r>
          </w:p>
        </w:tc>
        <w:tc>
          <w:tcPr>
            <w:tcW w:w="1234" w:type="dxa"/>
          </w:tcPr>
          <w:p w14:paraId="3192D72B" w14:textId="77777777" w:rsidR="003D3264" w:rsidRDefault="00000000">
            <w:r>
              <w:t>Ter</w:t>
            </w:r>
          </w:p>
        </w:tc>
        <w:tc>
          <w:tcPr>
            <w:tcW w:w="1234" w:type="dxa"/>
          </w:tcPr>
          <w:p w14:paraId="69555D3E" w14:textId="77777777" w:rsidR="003D3264" w:rsidRDefault="00000000">
            <w:r>
              <w:t>Qua</w:t>
            </w:r>
          </w:p>
        </w:tc>
        <w:tc>
          <w:tcPr>
            <w:tcW w:w="1234" w:type="dxa"/>
          </w:tcPr>
          <w:p w14:paraId="0AE6FE73" w14:textId="77777777" w:rsidR="003D3264" w:rsidRDefault="00000000">
            <w:r>
              <w:t>Qui</w:t>
            </w:r>
          </w:p>
        </w:tc>
        <w:tc>
          <w:tcPr>
            <w:tcW w:w="1234" w:type="dxa"/>
          </w:tcPr>
          <w:p w14:paraId="5ABC3CF8" w14:textId="77777777" w:rsidR="003D3264" w:rsidRDefault="00000000">
            <w:r>
              <w:t>Sex</w:t>
            </w:r>
          </w:p>
        </w:tc>
        <w:tc>
          <w:tcPr>
            <w:tcW w:w="1234" w:type="dxa"/>
          </w:tcPr>
          <w:p w14:paraId="027BE2F8" w14:textId="77777777" w:rsidR="003D3264" w:rsidRDefault="00000000">
            <w:r>
              <w:t>Sáb</w:t>
            </w:r>
          </w:p>
        </w:tc>
      </w:tr>
      <w:tr w:rsidR="003D3264" w14:paraId="32D164D4" w14:textId="77777777">
        <w:tc>
          <w:tcPr>
            <w:tcW w:w="1234" w:type="dxa"/>
          </w:tcPr>
          <w:p w14:paraId="69BC52C1" w14:textId="77777777" w:rsidR="003D3264" w:rsidRDefault="00000000">
            <w:r>
              <w:t>1</w:t>
            </w:r>
          </w:p>
        </w:tc>
        <w:tc>
          <w:tcPr>
            <w:tcW w:w="1234" w:type="dxa"/>
          </w:tcPr>
          <w:p w14:paraId="78BFADC5" w14:textId="77777777" w:rsidR="003D3264" w:rsidRDefault="00000000">
            <w:r>
              <w:t>2</w:t>
            </w:r>
          </w:p>
        </w:tc>
        <w:tc>
          <w:tcPr>
            <w:tcW w:w="1234" w:type="dxa"/>
          </w:tcPr>
          <w:p w14:paraId="6C7A61D7" w14:textId="77777777" w:rsidR="003D3264" w:rsidRDefault="00000000">
            <w:r>
              <w:t>3</w:t>
            </w:r>
          </w:p>
        </w:tc>
        <w:tc>
          <w:tcPr>
            <w:tcW w:w="1234" w:type="dxa"/>
          </w:tcPr>
          <w:p w14:paraId="2E0857F0" w14:textId="77777777" w:rsidR="003D3264" w:rsidRDefault="00000000">
            <w:r>
              <w:t>4</w:t>
            </w:r>
          </w:p>
        </w:tc>
        <w:tc>
          <w:tcPr>
            <w:tcW w:w="1234" w:type="dxa"/>
          </w:tcPr>
          <w:p w14:paraId="11225C25" w14:textId="76723865" w:rsidR="0038255B" w:rsidRPr="00A06C54" w:rsidRDefault="00000000">
            <w:pPr>
              <w:rPr>
                <w:b/>
                <w:bCs/>
                <w:color w:val="F79646" w:themeColor="accent6"/>
              </w:rPr>
            </w:pPr>
            <w:r w:rsidRPr="00A06C54">
              <w:rPr>
                <w:b/>
                <w:bCs/>
              </w:rPr>
              <w:t>5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representação) mat – vesp – Iranilde Costa</w:t>
            </w:r>
          </w:p>
        </w:tc>
        <w:tc>
          <w:tcPr>
            <w:tcW w:w="1234" w:type="dxa"/>
          </w:tcPr>
          <w:p w14:paraId="6E35B5A1" w14:textId="6CB4BCCF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6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representação) mat – vesp – Iranilde Costa</w:t>
            </w:r>
          </w:p>
        </w:tc>
        <w:tc>
          <w:tcPr>
            <w:tcW w:w="1234" w:type="dxa"/>
          </w:tcPr>
          <w:p w14:paraId="1D85D88D" w14:textId="77777777" w:rsidR="003D3264" w:rsidRDefault="00000000">
            <w:r>
              <w:t>7</w:t>
            </w:r>
          </w:p>
        </w:tc>
      </w:tr>
      <w:tr w:rsidR="003D3264" w14:paraId="7877140C" w14:textId="77777777">
        <w:tc>
          <w:tcPr>
            <w:tcW w:w="1234" w:type="dxa"/>
          </w:tcPr>
          <w:p w14:paraId="2615D70F" w14:textId="77777777" w:rsidR="003D3264" w:rsidRDefault="00000000">
            <w:r>
              <w:t>8</w:t>
            </w:r>
          </w:p>
        </w:tc>
        <w:tc>
          <w:tcPr>
            <w:tcW w:w="1234" w:type="dxa"/>
          </w:tcPr>
          <w:p w14:paraId="2EE81D36" w14:textId="77777777" w:rsidR="003D3264" w:rsidRDefault="00000000">
            <w:r>
              <w:t>9</w:t>
            </w:r>
          </w:p>
        </w:tc>
        <w:tc>
          <w:tcPr>
            <w:tcW w:w="1234" w:type="dxa"/>
          </w:tcPr>
          <w:p w14:paraId="19B57464" w14:textId="77777777" w:rsidR="003D3264" w:rsidRDefault="00000000">
            <w:r>
              <w:t>10</w:t>
            </w:r>
          </w:p>
        </w:tc>
        <w:tc>
          <w:tcPr>
            <w:tcW w:w="1234" w:type="dxa"/>
          </w:tcPr>
          <w:p w14:paraId="613ED6A6" w14:textId="77777777" w:rsidR="003D3264" w:rsidRDefault="00000000">
            <w:r>
              <w:t>11</w:t>
            </w:r>
          </w:p>
        </w:tc>
        <w:tc>
          <w:tcPr>
            <w:tcW w:w="1234" w:type="dxa"/>
          </w:tcPr>
          <w:p w14:paraId="42BD9298" w14:textId="0D5287C6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12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representação) mat – vesp – Iranilde Costa</w:t>
            </w:r>
          </w:p>
        </w:tc>
        <w:tc>
          <w:tcPr>
            <w:tcW w:w="1234" w:type="dxa"/>
          </w:tcPr>
          <w:p w14:paraId="7DADA775" w14:textId="629B8C39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13</w:t>
            </w:r>
            <w:r w:rsidR="0038255B" w:rsidRPr="00A06C54">
              <w:rPr>
                <w:b/>
                <w:bCs/>
              </w:rPr>
              <w:t xml:space="preserve"> </w:t>
            </w:r>
            <w:r w:rsidR="0038255B" w:rsidRPr="00A06C54">
              <w:rPr>
                <w:b/>
                <w:bCs/>
                <w:color w:val="F79646" w:themeColor="accent6"/>
              </w:rPr>
              <w:t>(Literatura, escrita e representação) mat – vesp – Iranilde Costa</w:t>
            </w:r>
          </w:p>
        </w:tc>
        <w:tc>
          <w:tcPr>
            <w:tcW w:w="1234" w:type="dxa"/>
          </w:tcPr>
          <w:p w14:paraId="09FE3655" w14:textId="77777777" w:rsidR="003D3264" w:rsidRDefault="00000000">
            <w:r>
              <w:t>14</w:t>
            </w:r>
          </w:p>
        </w:tc>
      </w:tr>
      <w:tr w:rsidR="003D3264" w14:paraId="59684C99" w14:textId="77777777">
        <w:tc>
          <w:tcPr>
            <w:tcW w:w="1234" w:type="dxa"/>
          </w:tcPr>
          <w:p w14:paraId="0B4900E8" w14:textId="77777777" w:rsidR="003D3264" w:rsidRDefault="00000000">
            <w:r>
              <w:t>15</w:t>
            </w:r>
          </w:p>
        </w:tc>
        <w:tc>
          <w:tcPr>
            <w:tcW w:w="1234" w:type="dxa"/>
          </w:tcPr>
          <w:p w14:paraId="0AB4712B" w14:textId="77777777" w:rsidR="003D3264" w:rsidRDefault="00000000">
            <w:r>
              <w:t>16</w:t>
            </w:r>
          </w:p>
        </w:tc>
        <w:tc>
          <w:tcPr>
            <w:tcW w:w="1234" w:type="dxa"/>
          </w:tcPr>
          <w:p w14:paraId="47662A87" w14:textId="77777777" w:rsidR="003D3264" w:rsidRDefault="00000000">
            <w:r>
              <w:t>17</w:t>
            </w:r>
          </w:p>
        </w:tc>
        <w:tc>
          <w:tcPr>
            <w:tcW w:w="1234" w:type="dxa"/>
          </w:tcPr>
          <w:p w14:paraId="357A67D1" w14:textId="77777777" w:rsidR="003D3264" w:rsidRDefault="00000000">
            <w:r>
              <w:t>18</w:t>
            </w:r>
          </w:p>
        </w:tc>
        <w:tc>
          <w:tcPr>
            <w:tcW w:w="1234" w:type="dxa"/>
          </w:tcPr>
          <w:p w14:paraId="33ED908C" w14:textId="77777777" w:rsidR="003D3264" w:rsidRDefault="00000000">
            <w:r>
              <w:t>19</w:t>
            </w:r>
          </w:p>
        </w:tc>
        <w:tc>
          <w:tcPr>
            <w:tcW w:w="1234" w:type="dxa"/>
          </w:tcPr>
          <w:p w14:paraId="3BCF199C" w14:textId="77777777" w:rsidR="003D3264" w:rsidRDefault="00000000">
            <w:r>
              <w:t>20</w:t>
            </w:r>
          </w:p>
        </w:tc>
        <w:tc>
          <w:tcPr>
            <w:tcW w:w="1234" w:type="dxa"/>
          </w:tcPr>
          <w:p w14:paraId="13164BD8" w14:textId="77777777" w:rsidR="003D3264" w:rsidRDefault="00000000">
            <w:r>
              <w:t>21</w:t>
            </w:r>
          </w:p>
        </w:tc>
      </w:tr>
      <w:tr w:rsidR="003D3264" w14:paraId="1A07CC59" w14:textId="77777777">
        <w:tc>
          <w:tcPr>
            <w:tcW w:w="1234" w:type="dxa"/>
          </w:tcPr>
          <w:p w14:paraId="114F6D17" w14:textId="77777777" w:rsidR="003D3264" w:rsidRDefault="00000000">
            <w:r>
              <w:t>22</w:t>
            </w:r>
          </w:p>
        </w:tc>
        <w:tc>
          <w:tcPr>
            <w:tcW w:w="1234" w:type="dxa"/>
          </w:tcPr>
          <w:p w14:paraId="2F18C739" w14:textId="77777777" w:rsidR="003D3264" w:rsidRDefault="00000000">
            <w:r>
              <w:t>23</w:t>
            </w:r>
          </w:p>
        </w:tc>
        <w:tc>
          <w:tcPr>
            <w:tcW w:w="1234" w:type="dxa"/>
          </w:tcPr>
          <w:p w14:paraId="649FB490" w14:textId="77777777" w:rsidR="003D3264" w:rsidRDefault="00000000">
            <w:r>
              <w:t>24</w:t>
            </w:r>
          </w:p>
        </w:tc>
        <w:tc>
          <w:tcPr>
            <w:tcW w:w="1234" w:type="dxa"/>
          </w:tcPr>
          <w:p w14:paraId="5DDEF6DD" w14:textId="77777777" w:rsidR="003D3264" w:rsidRDefault="00000000">
            <w:r>
              <w:t>25</w:t>
            </w:r>
          </w:p>
        </w:tc>
        <w:tc>
          <w:tcPr>
            <w:tcW w:w="1234" w:type="dxa"/>
          </w:tcPr>
          <w:p w14:paraId="4DB17478" w14:textId="77777777" w:rsidR="003D3264" w:rsidRDefault="00000000">
            <w:r>
              <w:t>26</w:t>
            </w:r>
          </w:p>
        </w:tc>
        <w:tc>
          <w:tcPr>
            <w:tcW w:w="1234" w:type="dxa"/>
          </w:tcPr>
          <w:p w14:paraId="2BCE06EC" w14:textId="77777777" w:rsidR="003D3264" w:rsidRDefault="00000000">
            <w:r>
              <w:t>27</w:t>
            </w:r>
          </w:p>
        </w:tc>
        <w:tc>
          <w:tcPr>
            <w:tcW w:w="1234" w:type="dxa"/>
          </w:tcPr>
          <w:p w14:paraId="19EC51B8" w14:textId="77777777" w:rsidR="003D3264" w:rsidRDefault="00000000">
            <w:r>
              <w:t>28</w:t>
            </w:r>
          </w:p>
        </w:tc>
      </w:tr>
      <w:tr w:rsidR="003D3264" w14:paraId="5AE58B78" w14:textId="77777777">
        <w:tc>
          <w:tcPr>
            <w:tcW w:w="1234" w:type="dxa"/>
          </w:tcPr>
          <w:p w14:paraId="38373744" w14:textId="77777777" w:rsidR="003D3264" w:rsidRDefault="00000000">
            <w:r>
              <w:t>29</w:t>
            </w:r>
          </w:p>
        </w:tc>
        <w:tc>
          <w:tcPr>
            <w:tcW w:w="1234" w:type="dxa"/>
          </w:tcPr>
          <w:p w14:paraId="77FF098F" w14:textId="77777777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30</w:t>
            </w:r>
          </w:p>
          <w:p w14:paraId="5D7EB167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395009BD" w14:textId="6068AAA3" w:rsidR="00B35104" w:rsidRPr="00A06C54" w:rsidRDefault="00B35104">
            <w:pPr>
              <w:rPr>
                <w:b/>
                <w:bCs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4E926FED" w14:textId="77777777" w:rsidR="003D3264" w:rsidRDefault="003D3264"/>
        </w:tc>
        <w:tc>
          <w:tcPr>
            <w:tcW w:w="1234" w:type="dxa"/>
          </w:tcPr>
          <w:p w14:paraId="62DCAFE3" w14:textId="77777777" w:rsidR="003D3264" w:rsidRDefault="003D3264"/>
        </w:tc>
        <w:tc>
          <w:tcPr>
            <w:tcW w:w="1234" w:type="dxa"/>
          </w:tcPr>
          <w:p w14:paraId="47547AAB" w14:textId="77777777" w:rsidR="003D3264" w:rsidRDefault="003D3264"/>
        </w:tc>
        <w:tc>
          <w:tcPr>
            <w:tcW w:w="1234" w:type="dxa"/>
          </w:tcPr>
          <w:p w14:paraId="0EF2DED8" w14:textId="77777777" w:rsidR="003D3264" w:rsidRDefault="003D3264"/>
        </w:tc>
        <w:tc>
          <w:tcPr>
            <w:tcW w:w="1234" w:type="dxa"/>
          </w:tcPr>
          <w:p w14:paraId="165BCD74" w14:textId="77777777" w:rsidR="003D3264" w:rsidRDefault="003D3264"/>
        </w:tc>
      </w:tr>
    </w:tbl>
    <w:p w14:paraId="33245A81" w14:textId="77777777" w:rsidR="003D3264" w:rsidRDefault="003D3264"/>
    <w:p w14:paraId="14B0CD86" w14:textId="77777777" w:rsidR="003D3264" w:rsidRDefault="00000000">
      <w:r>
        <w:rPr>
          <w:b/>
          <w:sz w:val="24"/>
        </w:rPr>
        <w:t>DEZEMBRO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34"/>
        <w:gridCol w:w="1254"/>
        <w:gridCol w:w="1254"/>
        <w:gridCol w:w="1254"/>
        <w:gridCol w:w="1254"/>
        <w:gridCol w:w="1254"/>
        <w:gridCol w:w="1254"/>
      </w:tblGrid>
      <w:tr w:rsidR="003D3264" w14:paraId="3C910941" w14:textId="77777777">
        <w:tc>
          <w:tcPr>
            <w:tcW w:w="1234" w:type="dxa"/>
          </w:tcPr>
          <w:p w14:paraId="5DC94C2B" w14:textId="77777777" w:rsidR="003D3264" w:rsidRDefault="00000000">
            <w:r>
              <w:t>Dom</w:t>
            </w:r>
          </w:p>
        </w:tc>
        <w:tc>
          <w:tcPr>
            <w:tcW w:w="1234" w:type="dxa"/>
          </w:tcPr>
          <w:p w14:paraId="0E7BFA32" w14:textId="77777777" w:rsidR="003D3264" w:rsidRDefault="00000000">
            <w:r>
              <w:t>Seg</w:t>
            </w:r>
          </w:p>
        </w:tc>
        <w:tc>
          <w:tcPr>
            <w:tcW w:w="1234" w:type="dxa"/>
          </w:tcPr>
          <w:p w14:paraId="453A0B35" w14:textId="77777777" w:rsidR="003D3264" w:rsidRDefault="00000000">
            <w:r>
              <w:t>Ter</w:t>
            </w:r>
          </w:p>
        </w:tc>
        <w:tc>
          <w:tcPr>
            <w:tcW w:w="1234" w:type="dxa"/>
          </w:tcPr>
          <w:p w14:paraId="5ECCCF30" w14:textId="77777777" w:rsidR="003D3264" w:rsidRDefault="00000000">
            <w:r>
              <w:t>Qua</w:t>
            </w:r>
          </w:p>
        </w:tc>
        <w:tc>
          <w:tcPr>
            <w:tcW w:w="1234" w:type="dxa"/>
          </w:tcPr>
          <w:p w14:paraId="72354398" w14:textId="77777777" w:rsidR="003D3264" w:rsidRDefault="00000000">
            <w:r>
              <w:t>Qui</w:t>
            </w:r>
          </w:p>
        </w:tc>
        <w:tc>
          <w:tcPr>
            <w:tcW w:w="1234" w:type="dxa"/>
          </w:tcPr>
          <w:p w14:paraId="006F1249" w14:textId="77777777" w:rsidR="003D3264" w:rsidRDefault="00000000">
            <w:r>
              <w:t>Sex</w:t>
            </w:r>
          </w:p>
        </w:tc>
        <w:tc>
          <w:tcPr>
            <w:tcW w:w="1234" w:type="dxa"/>
          </w:tcPr>
          <w:p w14:paraId="401D3BEF" w14:textId="77777777" w:rsidR="003D3264" w:rsidRDefault="00000000">
            <w:r>
              <w:t>Sáb</w:t>
            </w:r>
          </w:p>
        </w:tc>
      </w:tr>
      <w:tr w:rsidR="003D3264" w14:paraId="79F31BD8" w14:textId="77777777">
        <w:tc>
          <w:tcPr>
            <w:tcW w:w="1234" w:type="dxa"/>
          </w:tcPr>
          <w:p w14:paraId="231CE838" w14:textId="77777777" w:rsidR="003D3264" w:rsidRDefault="003D3264"/>
        </w:tc>
        <w:tc>
          <w:tcPr>
            <w:tcW w:w="1234" w:type="dxa"/>
          </w:tcPr>
          <w:p w14:paraId="27056B83" w14:textId="77777777" w:rsidR="003D3264" w:rsidRDefault="003D3264"/>
        </w:tc>
        <w:tc>
          <w:tcPr>
            <w:tcW w:w="1234" w:type="dxa"/>
          </w:tcPr>
          <w:p w14:paraId="3E93D43B" w14:textId="77777777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1</w:t>
            </w:r>
          </w:p>
          <w:p w14:paraId="21FEC5EE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15FA38CA" w14:textId="327DF46D" w:rsidR="00B35104" w:rsidRPr="00A06C54" w:rsidRDefault="00B35104">
            <w:pPr>
              <w:rPr>
                <w:b/>
                <w:bCs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4DFAF16B" w14:textId="77777777" w:rsidR="003D3264" w:rsidRPr="00A06C54" w:rsidRDefault="00000000">
            <w:pPr>
              <w:rPr>
                <w:b/>
                <w:bCs/>
              </w:rPr>
            </w:pPr>
            <w:r w:rsidRPr="00A06C54">
              <w:rPr>
                <w:b/>
                <w:bCs/>
              </w:rPr>
              <w:t>2</w:t>
            </w:r>
          </w:p>
          <w:p w14:paraId="22FBA0E2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3B6159B3" w14:textId="2A57C416" w:rsidR="00B35104" w:rsidRPr="00A06C54" w:rsidRDefault="00B35104">
            <w:pPr>
              <w:rPr>
                <w:b/>
                <w:bCs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18579A87" w14:textId="77777777" w:rsidR="003D3264" w:rsidRPr="005B4044" w:rsidRDefault="00000000">
            <w:pPr>
              <w:rPr>
                <w:b/>
                <w:bCs/>
              </w:rPr>
            </w:pPr>
            <w:r w:rsidRPr="005B4044">
              <w:rPr>
                <w:b/>
                <w:bCs/>
              </w:rPr>
              <w:t>3</w:t>
            </w:r>
          </w:p>
          <w:p w14:paraId="1A256913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20BB0A56" w14:textId="283CB593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0A29C65D" w14:textId="77777777" w:rsidR="003D3264" w:rsidRPr="005B4044" w:rsidRDefault="00000000">
            <w:pPr>
              <w:rPr>
                <w:b/>
                <w:bCs/>
              </w:rPr>
            </w:pPr>
            <w:r w:rsidRPr="005B4044">
              <w:rPr>
                <w:b/>
                <w:bCs/>
              </w:rPr>
              <w:t>4</w:t>
            </w:r>
          </w:p>
          <w:p w14:paraId="183698EA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428844B5" w14:textId="019505DB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2E5B2C44" w14:textId="77777777" w:rsidR="003D3264" w:rsidRPr="005B4044" w:rsidRDefault="00000000">
            <w:pPr>
              <w:rPr>
                <w:b/>
                <w:bCs/>
              </w:rPr>
            </w:pPr>
            <w:r w:rsidRPr="005B4044">
              <w:rPr>
                <w:b/>
                <w:bCs/>
              </w:rPr>
              <w:t>5</w:t>
            </w:r>
          </w:p>
          <w:p w14:paraId="371C0A91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00C0A7D4" w14:textId="49CE3ED5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</w:tr>
      <w:tr w:rsidR="003D3264" w14:paraId="7C92BD97" w14:textId="77777777">
        <w:tc>
          <w:tcPr>
            <w:tcW w:w="1234" w:type="dxa"/>
          </w:tcPr>
          <w:p w14:paraId="7E8037A2" w14:textId="77777777" w:rsidR="003D3264" w:rsidRDefault="00000000">
            <w:r>
              <w:t>6</w:t>
            </w:r>
          </w:p>
        </w:tc>
        <w:tc>
          <w:tcPr>
            <w:tcW w:w="1234" w:type="dxa"/>
          </w:tcPr>
          <w:p w14:paraId="154F78BA" w14:textId="77777777" w:rsidR="003D3264" w:rsidRPr="005B4044" w:rsidRDefault="00000000">
            <w:pPr>
              <w:rPr>
                <w:b/>
                <w:bCs/>
              </w:rPr>
            </w:pPr>
            <w:r w:rsidRPr="005B4044">
              <w:rPr>
                <w:b/>
                <w:bCs/>
              </w:rPr>
              <w:t>7</w:t>
            </w:r>
          </w:p>
          <w:p w14:paraId="1800B861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17E34B7F" w14:textId="6EAE32AF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1BCACE49" w14:textId="77777777" w:rsidR="003D3264" w:rsidRPr="005B4044" w:rsidRDefault="00000000">
            <w:pPr>
              <w:rPr>
                <w:b/>
                <w:bCs/>
              </w:rPr>
            </w:pPr>
            <w:r w:rsidRPr="005B4044">
              <w:rPr>
                <w:b/>
                <w:bCs/>
              </w:rPr>
              <w:t>8</w:t>
            </w:r>
          </w:p>
          <w:p w14:paraId="175C5FFA" w14:textId="77777777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Literatura e Memória</w:t>
            </w:r>
          </w:p>
          <w:p w14:paraId="05D4148B" w14:textId="4DDAAC06" w:rsidR="00B35104" w:rsidRPr="00A06C54" w:rsidRDefault="00B35104">
            <w:pPr>
              <w:rPr>
                <w:b/>
                <w:bCs/>
                <w:color w:val="4BACC6" w:themeColor="accent5"/>
              </w:rPr>
            </w:pPr>
            <w:r w:rsidRPr="00A06C54">
              <w:rPr>
                <w:b/>
                <w:bCs/>
                <w:color w:val="4BACC6" w:themeColor="accent5"/>
              </w:rPr>
              <w:t>mat – vesp – Solange Santana</w:t>
            </w:r>
          </w:p>
        </w:tc>
        <w:tc>
          <w:tcPr>
            <w:tcW w:w="1234" w:type="dxa"/>
          </w:tcPr>
          <w:p w14:paraId="3424BDF6" w14:textId="77777777" w:rsidR="003D3264" w:rsidRDefault="00000000">
            <w:r>
              <w:t>9</w:t>
            </w:r>
          </w:p>
        </w:tc>
        <w:tc>
          <w:tcPr>
            <w:tcW w:w="1234" w:type="dxa"/>
          </w:tcPr>
          <w:p w14:paraId="00985951" w14:textId="77777777" w:rsidR="003D3264" w:rsidRDefault="00000000">
            <w:r>
              <w:t>10</w:t>
            </w:r>
          </w:p>
        </w:tc>
        <w:tc>
          <w:tcPr>
            <w:tcW w:w="1234" w:type="dxa"/>
          </w:tcPr>
          <w:p w14:paraId="6FA72ED2" w14:textId="77777777" w:rsidR="003D3264" w:rsidRDefault="00000000">
            <w:r>
              <w:t>11</w:t>
            </w:r>
          </w:p>
        </w:tc>
        <w:tc>
          <w:tcPr>
            <w:tcW w:w="1234" w:type="dxa"/>
          </w:tcPr>
          <w:p w14:paraId="7BBC298B" w14:textId="77777777" w:rsidR="003D3264" w:rsidRDefault="00000000">
            <w:r>
              <w:t>12</w:t>
            </w:r>
          </w:p>
        </w:tc>
      </w:tr>
      <w:tr w:rsidR="003D3264" w14:paraId="79D16AA7" w14:textId="77777777">
        <w:tc>
          <w:tcPr>
            <w:tcW w:w="1234" w:type="dxa"/>
          </w:tcPr>
          <w:p w14:paraId="2480530D" w14:textId="77777777" w:rsidR="003D3264" w:rsidRDefault="00000000">
            <w:r>
              <w:t>13</w:t>
            </w:r>
          </w:p>
        </w:tc>
        <w:tc>
          <w:tcPr>
            <w:tcW w:w="1234" w:type="dxa"/>
          </w:tcPr>
          <w:p w14:paraId="69FEE3AD" w14:textId="77777777" w:rsidR="003D3264" w:rsidRDefault="00000000">
            <w:r>
              <w:t>14</w:t>
            </w:r>
          </w:p>
        </w:tc>
        <w:tc>
          <w:tcPr>
            <w:tcW w:w="1234" w:type="dxa"/>
          </w:tcPr>
          <w:p w14:paraId="72714866" w14:textId="77777777" w:rsidR="003D3264" w:rsidRDefault="00000000">
            <w:r>
              <w:t>15</w:t>
            </w:r>
          </w:p>
        </w:tc>
        <w:tc>
          <w:tcPr>
            <w:tcW w:w="1234" w:type="dxa"/>
          </w:tcPr>
          <w:p w14:paraId="7EF3681D" w14:textId="77777777" w:rsidR="003D3264" w:rsidRDefault="00000000">
            <w:r>
              <w:t>16</w:t>
            </w:r>
          </w:p>
        </w:tc>
        <w:tc>
          <w:tcPr>
            <w:tcW w:w="1234" w:type="dxa"/>
          </w:tcPr>
          <w:p w14:paraId="5AEE1280" w14:textId="77777777" w:rsidR="003D3264" w:rsidRDefault="00000000">
            <w:r>
              <w:t>17</w:t>
            </w:r>
          </w:p>
        </w:tc>
        <w:tc>
          <w:tcPr>
            <w:tcW w:w="1234" w:type="dxa"/>
          </w:tcPr>
          <w:p w14:paraId="7A489CFA" w14:textId="77777777" w:rsidR="003D3264" w:rsidRDefault="00000000">
            <w:r>
              <w:t>18</w:t>
            </w:r>
          </w:p>
        </w:tc>
        <w:tc>
          <w:tcPr>
            <w:tcW w:w="1234" w:type="dxa"/>
          </w:tcPr>
          <w:p w14:paraId="4EBB12EA" w14:textId="77777777" w:rsidR="003D3264" w:rsidRDefault="00000000">
            <w:r>
              <w:t>19</w:t>
            </w:r>
          </w:p>
        </w:tc>
      </w:tr>
      <w:tr w:rsidR="003D3264" w14:paraId="7FA6BEEB" w14:textId="77777777">
        <w:tc>
          <w:tcPr>
            <w:tcW w:w="1234" w:type="dxa"/>
          </w:tcPr>
          <w:p w14:paraId="71F58C17" w14:textId="77777777" w:rsidR="003D3264" w:rsidRDefault="00000000">
            <w:r>
              <w:t>20</w:t>
            </w:r>
          </w:p>
        </w:tc>
        <w:tc>
          <w:tcPr>
            <w:tcW w:w="1234" w:type="dxa"/>
          </w:tcPr>
          <w:p w14:paraId="740C3F45" w14:textId="77777777" w:rsidR="003D3264" w:rsidRDefault="00000000">
            <w:r>
              <w:t>21</w:t>
            </w:r>
          </w:p>
        </w:tc>
        <w:tc>
          <w:tcPr>
            <w:tcW w:w="1234" w:type="dxa"/>
          </w:tcPr>
          <w:p w14:paraId="14E43015" w14:textId="77777777" w:rsidR="003D3264" w:rsidRDefault="00000000">
            <w:r>
              <w:t>22</w:t>
            </w:r>
          </w:p>
        </w:tc>
        <w:tc>
          <w:tcPr>
            <w:tcW w:w="1234" w:type="dxa"/>
          </w:tcPr>
          <w:p w14:paraId="11154C68" w14:textId="77777777" w:rsidR="003D3264" w:rsidRDefault="00000000">
            <w:r>
              <w:t>23</w:t>
            </w:r>
          </w:p>
        </w:tc>
        <w:tc>
          <w:tcPr>
            <w:tcW w:w="1234" w:type="dxa"/>
          </w:tcPr>
          <w:p w14:paraId="7920DCC9" w14:textId="77777777" w:rsidR="003D3264" w:rsidRDefault="00000000">
            <w:r>
              <w:t>24</w:t>
            </w:r>
          </w:p>
        </w:tc>
        <w:tc>
          <w:tcPr>
            <w:tcW w:w="1234" w:type="dxa"/>
          </w:tcPr>
          <w:p w14:paraId="7CC31542" w14:textId="77777777" w:rsidR="003D3264" w:rsidRDefault="00000000">
            <w:r>
              <w:t>25</w:t>
            </w:r>
          </w:p>
        </w:tc>
        <w:tc>
          <w:tcPr>
            <w:tcW w:w="1234" w:type="dxa"/>
          </w:tcPr>
          <w:p w14:paraId="63138A1F" w14:textId="77777777" w:rsidR="003D3264" w:rsidRDefault="00000000">
            <w:r>
              <w:t>26</w:t>
            </w:r>
          </w:p>
        </w:tc>
      </w:tr>
      <w:tr w:rsidR="003D3264" w14:paraId="563B4950" w14:textId="77777777">
        <w:tc>
          <w:tcPr>
            <w:tcW w:w="1234" w:type="dxa"/>
          </w:tcPr>
          <w:p w14:paraId="3AF740A5" w14:textId="77777777" w:rsidR="003D3264" w:rsidRDefault="00000000">
            <w:r>
              <w:t>27</w:t>
            </w:r>
          </w:p>
        </w:tc>
        <w:tc>
          <w:tcPr>
            <w:tcW w:w="1234" w:type="dxa"/>
          </w:tcPr>
          <w:p w14:paraId="3A77DCC6" w14:textId="77777777" w:rsidR="003D3264" w:rsidRDefault="00000000">
            <w:r>
              <w:t>28</w:t>
            </w:r>
          </w:p>
        </w:tc>
        <w:tc>
          <w:tcPr>
            <w:tcW w:w="1234" w:type="dxa"/>
          </w:tcPr>
          <w:p w14:paraId="235D61D0" w14:textId="77777777" w:rsidR="003D3264" w:rsidRDefault="00000000">
            <w:r>
              <w:t>29</w:t>
            </w:r>
          </w:p>
        </w:tc>
        <w:tc>
          <w:tcPr>
            <w:tcW w:w="1234" w:type="dxa"/>
          </w:tcPr>
          <w:p w14:paraId="507E1FC9" w14:textId="77777777" w:rsidR="003D3264" w:rsidRDefault="00000000">
            <w:r>
              <w:t>30</w:t>
            </w:r>
          </w:p>
        </w:tc>
        <w:tc>
          <w:tcPr>
            <w:tcW w:w="1234" w:type="dxa"/>
          </w:tcPr>
          <w:p w14:paraId="119636D7" w14:textId="77777777" w:rsidR="003D3264" w:rsidRDefault="00000000">
            <w:r>
              <w:t>31</w:t>
            </w:r>
          </w:p>
        </w:tc>
        <w:tc>
          <w:tcPr>
            <w:tcW w:w="1234" w:type="dxa"/>
          </w:tcPr>
          <w:p w14:paraId="4AC2A142" w14:textId="77777777" w:rsidR="003D3264" w:rsidRDefault="003D3264"/>
        </w:tc>
        <w:tc>
          <w:tcPr>
            <w:tcW w:w="1234" w:type="dxa"/>
          </w:tcPr>
          <w:p w14:paraId="27B141F0" w14:textId="77777777" w:rsidR="003D3264" w:rsidRDefault="003D3264"/>
        </w:tc>
      </w:tr>
    </w:tbl>
    <w:p w14:paraId="3B785396" w14:textId="77777777" w:rsidR="005E03CD" w:rsidRDefault="005E03CD"/>
    <w:sectPr w:rsidR="005E03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3321795">
    <w:abstractNumId w:val="8"/>
  </w:num>
  <w:num w:numId="2" w16cid:durableId="757403501">
    <w:abstractNumId w:val="6"/>
  </w:num>
  <w:num w:numId="3" w16cid:durableId="364644042">
    <w:abstractNumId w:val="5"/>
  </w:num>
  <w:num w:numId="4" w16cid:durableId="624699384">
    <w:abstractNumId w:val="4"/>
  </w:num>
  <w:num w:numId="5" w16cid:durableId="1651252974">
    <w:abstractNumId w:val="7"/>
  </w:num>
  <w:num w:numId="6" w16cid:durableId="430974210">
    <w:abstractNumId w:val="3"/>
  </w:num>
  <w:num w:numId="7" w16cid:durableId="656692551">
    <w:abstractNumId w:val="2"/>
  </w:num>
  <w:num w:numId="8" w16cid:durableId="1780174962">
    <w:abstractNumId w:val="1"/>
  </w:num>
  <w:num w:numId="9" w16cid:durableId="67103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CB6"/>
    <w:rsid w:val="00034616"/>
    <w:rsid w:val="0006063C"/>
    <w:rsid w:val="0015074B"/>
    <w:rsid w:val="0029639D"/>
    <w:rsid w:val="00326F90"/>
    <w:rsid w:val="0038255B"/>
    <w:rsid w:val="003B0CB5"/>
    <w:rsid w:val="003D3264"/>
    <w:rsid w:val="00437FC8"/>
    <w:rsid w:val="005B4044"/>
    <w:rsid w:val="005E03CD"/>
    <w:rsid w:val="008B1928"/>
    <w:rsid w:val="00A06C54"/>
    <w:rsid w:val="00AA1D8D"/>
    <w:rsid w:val="00B3510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F5662"/>
  <w14:defaultImageDpi w14:val="300"/>
  <w15:docId w15:val="{D005C975-2004-44A3-95FF-8555CE0B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Programa de Pós-Graduação em Letras - PPGLETRAS</cp:lastModifiedBy>
  <cp:revision>6</cp:revision>
  <dcterms:created xsi:type="dcterms:W3CDTF">2013-12-23T23:15:00Z</dcterms:created>
  <dcterms:modified xsi:type="dcterms:W3CDTF">2026-07-01T15:11:00Z</dcterms:modified>
  <cp:category/>
</cp:coreProperties>
</file>